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 w:eastAsia="Arial"/>
          <w:b/>
          <w:i w:val="0"/>
          <w:color w:val="004F3B"/>
          <w:sz w:val="28"/>
        </w:rPr>
        <w:t>FORMULARIO DE PRESENTACIÓN DE PROPUESTA DE INVESTIGACIÓN</w:t>
      </w:r>
    </w:p>
    <w:p>
      <w:pPr>
        <w:spacing w:after="220"/>
        <w:jc w:val="center"/>
      </w:pPr>
      <w:r>
        <w:rPr>
          <w:rFonts w:ascii="Arial" w:hAnsi="Arial" w:eastAsia="Arial"/>
          <w:b/>
          <w:i w:val="0"/>
          <w:color w:val="666666"/>
          <w:sz w:val="24"/>
        </w:rPr>
        <w:t>Convocatoria Interna Anual 2026</w:t>
      </w:r>
    </w:p>
    <w:p>
      <w:pPr>
        <w:spacing w:after="80"/>
      </w:pPr>
      <w:r>
        <w:rPr>
          <w:rFonts w:ascii="Arial" w:hAnsi="Arial" w:eastAsia="Arial"/>
          <w:b/>
          <w:i/>
          <w:color w:val="666666"/>
          <w:sz w:val="19"/>
        </w:rPr>
        <w:t xml:space="preserve">GUÍA DE DILIGENCIAMIENTO - BORRAR ANTES DE ENVIAR: </w:t>
      </w:r>
      <w:r>
        <w:rPr>
          <w:rFonts w:ascii="Arial" w:hAnsi="Arial" w:eastAsia="Arial"/>
          <w:b w:val="0"/>
          <w:i/>
          <w:color w:val="777777"/>
          <w:sz w:val="19"/>
        </w:rPr>
        <w:t>los textos en gris e itálica explican de forma sencilla qué información se espera. Reemplácelos por la información de su propuesta. Si tiene dudas, solicite acompañamiento a la Coordinación de Investigación.</w:t>
      </w:r>
    </w:p>
    <w:p>
      <w:pPr>
        <w:spacing w:before="160" w:after="80"/>
      </w:pPr>
      <w:r>
        <w:rPr>
          <w:rFonts w:ascii="Arial" w:hAnsi="Arial" w:eastAsia="Arial"/>
          <w:b/>
          <w:i w:val="0"/>
          <w:color w:val="004F3B"/>
          <w:sz w:val="23"/>
        </w:rPr>
        <w:t>1. Identificación de la propuesta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tblHeader w:val="true"/>
        </w:trPr>
        <w:tc>
          <w:tcPr>
            <w:tcW w:type="dxa" w:w="3671"/>
            <w:shd w:fill="006B4F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Campo</w:t>
            </w:r>
          </w:p>
        </w:tc>
        <w:tc>
          <w:tcPr>
            <w:tcW w:type="dxa" w:w="6552"/>
            <w:shd w:fill="006B4F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Información</w:t>
            </w:r>
          </w:p>
        </w:tc>
      </w:tr>
      <w:tr>
        <w:tc>
          <w:tcPr>
            <w:tcW w:type="dxa" w:w="3671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8"/>
              </w:rPr>
              <w:t>Título del proyecto</w:t>
            </w:r>
          </w:p>
        </w:tc>
        <w:tc>
          <w:tcPr>
            <w:tcW w:type="dxa" w:w="6552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/>
                <w:color w:val="888888"/>
                <w:sz w:val="17"/>
              </w:rPr>
              <w:t>Escriba un título breve que identifique claramente el tema del proyecto.</w:t>
            </w:r>
          </w:p>
        </w:tc>
      </w:tr>
      <w:tr>
        <w:tc>
          <w:tcPr>
            <w:tcW w:type="dxa" w:w="3671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8"/>
              </w:rPr>
              <w:t>Investigador principal</w:t>
            </w:r>
          </w:p>
        </w:tc>
        <w:tc>
          <w:tcPr>
            <w:tcW w:type="dxa" w:w="6552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/>
                <w:color w:val="888888"/>
                <w:sz w:val="17"/>
              </w:rPr>
              <w:t>Nombre completo del profesor de planta que liderará la propuesta.</w:t>
            </w:r>
          </w:p>
        </w:tc>
      </w:tr>
      <w:tr>
        <w:tc>
          <w:tcPr>
            <w:tcW w:type="dxa" w:w="3671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8"/>
              </w:rPr>
              <w:t>Programa académico</w:t>
            </w:r>
          </w:p>
        </w:tc>
        <w:tc>
          <w:tcPr>
            <w:tcW w:type="dxa" w:w="6552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/>
                <w:color w:val="888888"/>
                <w:sz w:val="17"/>
              </w:rPr>
              <w:t>Programa académico al que pertenece el investigador principal.</w:t>
            </w:r>
          </w:p>
        </w:tc>
      </w:tr>
      <w:tr>
        <w:tc>
          <w:tcPr>
            <w:tcW w:type="dxa" w:w="3671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8"/>
              </w:rPr>
              <w:t>Correo institucional</w:t>
            </w:r>
          </w:p>
        </w:tc>
        <w:tc>
          <w:tcPr>
            <w:tcW w:type="dxa" w:w="6552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/>
                <w:color w:val="888888"/>
                <w:sz w:val="17"/>
              </w:rPr>
              <w:t>Correo institucional del investigador principal.</w:t>
            </w:r>
          </w:p>
        </w:tc>
      </w:tr>
      <w:tr>
        <w:tc>
          <w:tcPr>
            <w:tcW w:type="dxa" w:w="3671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8"/>
              </w:rPr>
              <w:t>Duración propuesta (meses)</w:t>
            </w:r>
          </w:p>
        </w:tc>
        <w:tc>
          <w:tcPr>
            <w:tcW w:type="dxa" w:w="6552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/>
                <w:color w:val="888888"/>
                <w:sz w:val="17"/>
              </w:rPr>
              <w:t>Indique la duración prevista. Máximo: 12 meses.</w:t>
            </w:r>
          </w:p>
        </w:tc>
      </w:tr>
      <w:tr>
        <w:tc>
          <w:tcPr>
            <w:tcW w:type="dxa" w:w="3671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8"/>
              </w:rPr>
              <w:t>Valor solicitado (COP)</w:t>
            </w:r>
          </w:p>
        </w:tc>
        <w:tc>
          <w:tcPr>
            <w:tcW w:type="dxa" w:w="6552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/>
                <w:color w:val="888888"/>
                <w:sz w:val="17"/>
              </w:rPr>
              <w:t>Indique el valor solicitado. Máximo: COP $25.000.000.</w:t>
            </w:r>
          </w:p>
        </w:tc>
      </w:tr>
      <w:tr>
        <w:tc>
          <w:tcPr>
            <w:tcW w:type="dxa" w:w="3671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8"/>
              </w:rPr>
              <w:t>Línea(s) MICAVI-SALUD COLOMBIA</w:t>
            </w:r>
          </w:p>
        </w:tc>
        <w:tc>
          <w:tcPr>
            <w:tcW w:type="dxa" w:w="6552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/>
                <w:color w:val="888888"/>
                <w:sz w:val="17"/>
              </w:rPr>
              <w:t>Indique una o más líneas del Grupo MICAVI-SALUD COLOMBIA con las que se relaciona la propuesta.</w:t>
            </w:r>
          </w:p>
        </w:tc>
      </w:tr>
      <w:tr>
        <w:tc>
          <w:tcPr>
            <w:tcW w:type="dxa" w:w="3671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8"/>
              </w:rPr>
              <w:t>Programas participantes</w:t>
            </w:r>
          </w:p>
        </w:tc>
        <w:tc>
          <w:tcPr>
            <w:tcW w:type="dxa" w:w="6552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/>
                <w:color w:val="888888"/>
                <w:sz w:val="17"/>
              </w:rPr>
              <w:t>Relacione los programas que participarán de manera efectiva en el proyecto.</w:t>
            </w:r>
          </w:p>
        </w:tc>
      </w:tr>
    </w:tbl>
    <w:p>
      <w:pPr>
        <w:spacing w:before="160" w:after="80"/>
      </w:pPr>
      <w:r>
        <w:rPr>
          <w:rFonts w:ascii="Arial" w:hAnsi="Arial" w:eastAsia="Arial"/>
          <w:b/>
          <w:i w:val="0"/>
          <w:color w:val="004F3B"/>
          <w:sz w:val="23"/>
        </w:rPr>
        <w:t>2. Equipo de trabajo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2520"/>
            <w:shd w:fill="006B4F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Nombre completo</w:t>
            </w:r>
          </w:p>
        </w:tc>
        <w:tc>
          <w:tcPr>
            <w:tcW w:type="dxa" w:w="2232"/>
            <w:shd w:fill="006B4F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Vinculación / rol</w:t>
            </w:r>
          </w:p>
        </w:tc>
        <w:tc>
          <w:tcPr>
            <w:tcW w:type="dxa" w:w="2520"/>
            <w:shd w:fill="006B4F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Programa o institución</w:t>
            </w:r>
          </w:p>
        </w:tc>
        <w:tc>
          <w:tcPr>
            <w:tcW w:type="dxa" w:w="2951"/>
            <w:shd w:fill="006B4F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Responsabilidad en el proyecto</w:t>
            </w:r>
          </w:p>
        </w:tc>
      </w:tr>
      <w:tr>
        <w:tc>
          <w:tcPr>
            <w:tcW w:type="dxa" w:w="2520"/>
            <w:tcMar>
              <w:top w:w="90" w:type="dxa"/>
              <w:start w:w="70" w:type="dxa"/>
              <w:bottom w:w="90" w:type="dxa"/>
              <w:end w:w="7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/>
                <w:color w:val="888888"/>
                <w:sz w:val="16"/>
              </w:rPr>
              <w:t>Nombre del participante</w:t>
            </w:r>
          </w:p>
        </w:tc>
        <w:tc>
          <w:tcPr>
            <w:tcW w:type="dxa" w:w="2232"/>
            <w:tcMar>
              <w:top w:w="90" w:type="dxa"/>
              <w:start w:w="70" w:type="dxa"/>
              <w:bottom w:w="90" w:type="dxa"/>
              <w:end w:w="7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/>
                <w:color w:val="888888"/>
                <w:sz w:val="16"/>
              </w:rPr>
              <w:t>Ej.: docente de planta, cátedra, colaborador externo</w:t>
            </w:r>
          </w:p>
        </w:tc>
        <w:tc>
          <w:tcPr>
            <w:tcW w:type="dxa" w:w="2520"/>
            <w:tcMar>
              <w:top w:w="90" w:type="dxa"/>
              <w:start w:w="70" w:type="dxa"/>
              <w:bottom w:w="90" w:type="dxa"/>
              <w:end w:w="7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/>
                <w:color w:val="888888"/>
                <w:sz w:val="16"/>
              </w:rPr>
              <w:t>Programa o institución</w:t>
            </w:r>
          </w:p>
        </w:tc>
        <w:tc>
          <w:tcPr>
            <w:tcW w:type="dxa" w:w="2951"/>
            <w:tcMar>
              <w:top w:w="90" w:type="dxa"/>
              <w:start w:w="70" w:type="dxa"/>
              <w:bottom w:w="90" w:type="dxa"/>
              <w:end w:w="7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/>
                <w:color w:val="888888"/>
                <w:sz w:val="16"/>
              </w:rPr>
              <w:t>Describa brevemente qué aportará al proyecto</w:t>
            </w:r>
          </w:p>
        </w:tc>
      </w:tr>
      <w:tr>
        <w:tc>
          <w:tcPr>
            <w:tcW w:type="dxa" w:w="2520"/>
            <w:tcMar>
              <w:top w:w="90" w:type="dxa"/>
              <w:start w:w="70" w:type="dxa"/>
              <w:bottom w:w="90" w:type="dxa"/>
              <w:end w:w="70" w:type="dxa"/>
            </w:tcMar>
            <w:vAlign w:val="center"/>
          </w:tcPr>
          <w:p/>
        </w:tc>
        <w:tc>
          <w:tcPr>
            <w:tcW w:type="dxa" w:w="2232"/>
            <w:tcMar>
              <w:top w:w="90" w:type="dxa"/>
              <w:start w:w="70" w:type="dxa"/>
              <w:bottom w:w="90" w:type="dxa"/>
              <w:end w:w="70" w:type="dxa"/>
            </w:tcMar>
            <w:vAlign w:val="center"/>
          </w:tcPr>
          <w:p/>
        </w:tc>
        <w:tc>
          <w:tcPr>
            <w:tcW w:type="dxa" w:w="2520"/>
            <w:tcMar>
              <w:top w:w="90" w:type="dxa"/>
              <w:start w:w="70" w:type="dxa"/>
              <w:bottom w:w="90" w:type="dxa"/>
              <w:end w:w="70" w:type="dxa"/>
            </w:tcMar>
            <w:vAlign w:val="center"/>
          </w:tcPr>
          <w:p/>
        </w:tc>
        <w:tc>
          <w:tcPr>
            <w:tcW w:type="dxa" w:w="2951"/>
            <w:tcMar>
              <w:top w:w="90" w:type="dxa"/>
              <w:start w:w="70" w:type="dxa"/>
              <w:bottom w:w="90" w:type="dxa"/>
              <w:end w:w="70" w:type="dxa"/>
            </w:tcMar>
            <w:vAlign w:val="center"/>
          </w:tcPr>
          <w:p/>
        </w:tc>
      </w:tr>
      <w:tr>
        <w:tc>
          <w:tcPr>
            <w:tcW w:type="dxa" w:w="2520"/>
            <w:tcMar>
              <w:top w:w="90" w:type="dxa"/>
              <w:start w:w="70" w:type="dxa"/>
              <w:bottom w:w="90" w:type="dxa"/>
              <w:end w:w="70" w:type="dxa"/>
            </w:tcMar>
            <w:vAlign w:val="center"/>
          </w:tcPr>
          <w:p/>
        </w:tc>
        <w:tc>
          <w:tcPr>
            <w:tcW w:type="dxa" w:w="2232"/>
            <w:tcMar>
              <w:top w:w="90" w:type="dxa"/>
              <w:start w:w="70" w:type="dxa"/>
              <w:bottom w:w="90" w:type="dxa"/>
              <w:end w:w="70" w:type="dxa"/>
            </w:tcMar>
            <w:vAlign w:val="center"/>
          </w:tcPr>
          <w:p/>
        </w:tc>
        <w:tc>
          <w:tcPr>
            <w:tcW w:type="dxa" w:w="2520"/>
            <w:tcMar>
              <w:top w:w="90" w:type="dxa"/>
              <w:start w:w="70" w:type="dxa"/>
              <w:bottom w:w="90" w:type="dxa"/>
              <w:end w:w="70" w:type="dxa"/>
            </w:tcMar>
            <w:vAlign w:val="center"/>
          </w:tcPr>
          <w:p/>
        </w:tc>
        <w:tc>
          <w:tcPr>
            <w:tcW w:type="dxa" w:w="2951"/>
            <w:tcMar>
              <w:top w:w="90" w:type="dxa"/>
              <w:start w:w="70" w:type="dxa"/>
              <w:bottom w:w="90" w:type="dxa"/>
              <w:end w:w="70" w:type="dxa"/>
            </w:tcMar>
            <w:vAlign w:val="center"/>
          </w:tcPr>
          <w:p/>
        </w:tc>
      </w:tr>
      <w:tr>
        <w:tc>
          <w:tcPr>
            <w:tcW w:type="dxa" w:w="2520"/>
            <w:tcMar>
              <w:top w:w="90" w:type="dxa"/>
              <w:start w:w="70" w:type="dxa"/>
              <w:bottom w:w="90" w:type="dxa"/>
              <w:end w:w="70" w:type="dxa"/>
            </w:tcMar>
            <w:vAlign w:val="center"/>
          </w:tcPr>
          <w:p/>
        </w:tc>
        <w:tc>
          <w:tcPr>
            <w:tcW w:type="dxa" w:w="2232"/>
            <w:tcMar>
              <w:top w:w="90" w:type="dxa"/>
              <w:start w:w="70" w:type="dxa"/>
              <w:bottom w:w="90" w:type="dxa"/>
              <w:end w:w="70" w:type="dxa"/>
            </w:tcMar>
            <w:vAlign w:val="center"/>
          </w:tcPr>
          <w:p/>
        </w:tc>
        <w:tc>
          <w:tcPr>
            <w:tcW w:type="dxa" w:w="2520"/>
            <w:tcMar>
              <w:top w:w="90" w:type="dxa"/>
              <w:start w:w="70" w:type="dxa"/>
              <w:bottom w:w="90" w:type="dxa"/>
              <w:end w:w="70" w:type="dxa"/>
            </w:tcMar>
            <w:vAlign w:val="center"/>
          </w:tcPr>
          <w:p/>
        </w:tc>
        <w:tc>
          <w:tcPr>
            <w:tcW w:type="dxa" w:w="2951"/>
            <w:tcMar>
              <w:top w:w="90" w:type="dxa"/>
              <w:start w:w="70" w:type="dxa"/>
              <w:bottom w:w="90" w:type="dxa"/>
              <w:end w:w="70" w:type="dxa"/>
            </w:tcMar>
            <w:vAlign w:val="center"/>
          </w:tcPr>
          <w:p/>
        </w:tc>
      </w:tr>
    </w:tbl>
    <w:p>
      <w:pPr>
        <w:spacing w:before="160" w:after="80"/>
      </w:pPr>
      <w:r>
        <w:rPr>
          <w:rFonts w:ascii="Arial" w:hAnsi="Arial" w:eastAsia="Arial"/>
          <w:b/>
          <w:i w:val="0"/>
          <w:color w:val="004F3B"/>
          <w:sz w:val="23"/>
        </w:rPr>
        <w:t>3. Estudiantes vinculados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2520"/>
            <w:shd w:fill="006B4F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Nombre</w:t>
            </w:r>
          </w:p>
        </w:tc>
        <w:tc>
          <w:tcPr>
            <w:tcW w:type="dxa" w:w="2304"/>
            <w:shd w:fill="006B4F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Programa</w:t>
            </w:r>
          </w:p>
        </w:tc>
        <w:tc>
          <w:tcPr>
            <w:tcW w:type="dxa" w:w="2088"/>
            <w:shd w:fill="006B4F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Nivel / semestre</w:t>
            </w:r>
          </w:p>
        </w:tc>
        <w:tc>
          <w:tcPr>
            <w:tcW w:type="dxa" w:w="3311"/>
            <w:shd w:fill="006B4F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Actividad asignada</w:t>
            </w:r>
          </w:p>
        </w:tc>
      </w:tr>
      <w:tr>
        <w:tc>
          <w:tcPr>
            <w:tcW w:type="dxa" w:w="2520"/>
            <w:tcMar>
              <w:top w:w="90" w:type="dxa"/>
              <w:start w:w="70" w:type="dxa"/>
              <w:bottom w:w="90" w:type="dxa"/>
              <w:end w:w="7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/>
                <w:color w:val="888888"/>
                <w:sz w:val="16"/>
              </w:rPr>
              <w:t>Nombre del estudiante</w:t>
            </w:r>
          </w:p>
        </w:tc>
        <w:tc>
          <w:tcPr>
            <w:tcW w:type="dxa" w:w="2304"/>
            <w:tcMar>
              <w:top w:w="90" w:type="dxa"/>
              <w:start w:w="70" w:type="dxa"/>
              <w:bottom w:w="90" w:type="dxa"/>
              <w:end w:w="7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/>
                <w:color w:val="888888"/>
                <w:sz w:val="16"/>
              </w:rPr>
              <w:t>Programa académico</w:t>
            </w:r>
          </w:p>
        </w:tc>
        <w:tc>
          <w:tcPr>
            <w:tcW w:type="dxa" w:w="2088"/>
            <w:tcMar>
              <w:top w:w="90" w:type="dxa"/>
              <w:start w:w="70" w:type="dxa"/>
              <w:bottom w:w="90" w:type="dxa"/>
              <w:end w:w="7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/>
                <w:color w:val="888888"/>
                <w:sz w:val="16"/>
              </w:rPr>
              <w:t>Semestre o nivel de formación</w:t>
            </w:r>
          </w:p>
        </w:tc>
        <w:tc>
          <w:tcPr>
            <w:tcW w:type="dxa" w:w="3311"/>
            <w:tcMar>
              <w:top w:w="90" w:type="dxa"/>
              <w:start w:w="70" w:type="dxa"/>
              <w:bottom w:w="90" w:type="dxa"/>
              <w:end w:w="7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/>
                <w:color w:val="888888"/>
                <w:sz w:val="16"/>
              </w:rPr>
              <w:t>Actividad concreta que realizará dentro del proyecto</w:t>
            </w:r>
          </w:p>
        </w:tc>
      </w:tr>
      <w:tr>
        <w:tc>
          <w:tcPr>
            <w:tcW w:type="dxa" w:w="2520"/>
            <w:tcMar>
              <w:top w:w="90" w:type="dxa"/>
              <w:start w:w="70" w:type="dxa"/>
              <w:bottom w:w="90" w:type="dxa"/>
              <w:end w:w="70" w:type="dxa"/>
            </w:tcMar>
            <w:vAlign w:val="center"/>
          </w:tcPr>
          <w:p/>
        </w:tc>
        <w:tc>
          <w:tcPr>
            <w:tcW w:type="dxa" w:w="2304"/>
            <w:tcMar>
              <w:top w:w="90" w:type="dxa"/>
              <w:start w:w="70" w:type="dxa"/>
              <w:bottom w:w="90" w:type="dxa"/>
              <w:end w:w="70" w:type="dxa"/>
            </w:tcMar>
            <w:vAlign w:val="center"/>
          </w:tcPr>
          <w:p/>
        </w:tc>
        <w:tc>
          <w:tcPr>
            <w:tcW w:type="dxa" w:w="2088"/>
            <w:tcMar>
              <w:top w:w="90" w:type="dxa"/>
              <w:start w:w="70" w:type="dxa"/>
              <w:bottom w:w="90" w:type="dxa"/>
              <w:end w:w="70" w:type="dxa"/>
            </w:tcMar>
            <w:vAlign w:val="center"/>
          </w:tcPr>
          <w:p/>
        </w:tc>
        <w:tc>
          <w:tcPr>
            <w:tcW w:type="dxa" w:w="3311"/>
            <w:tcMar>
              <w:top w:w="90" w:type="dxa"/>
              <w:start w:w="70" w:type="dxa"/>
              <w:bottom w:w="90" w:type="dxa"/>
              <w:end w:w="70" w:type="dxa"/>
            </w:tcMar>
            <w:vAlign w:val="center"/>
          </w:tcPr>
          <w:p/>
        </w:tc>
      </w:tr>
      <w:tr>
        <w:tc>
          <w:tcPr>
            <w:tcW w:type="dxa" w:w="2520"/>
            <w:tcMar>
              <w:top w:w="90" w:type="dxa"/>
              <w:start w:w="70" w:type="dxa"/>
              <w:bottom w:w="90" w:type="dxa"/>
              <w:end w:w="70" w:type="dxa"/>
            </w:tcMar>
            <w:vAlign w:val="center"/>
          </w:tcPr>
          <w:p/>
        </w:tc>
        <w:tc>
          <w:tcPr>
            <w:tcW w:type="dxa" w:w="2304"/>
            <w:tcMar>
              <w:top w:w="90" w:type="dxa"/>
              <w:start w:w="70" w:type="dxa"/>
              <w:bottom w:w="90" w:type="dxa"/>
              <w:end w:w="70" w:type="dxa"/>
            </w:tcMar>
            <w:vAlign w:val="center"/>
          </w:tcPr>
          <w:p/>
        </w:tc>
        <w:tc>
          <w:tcPr>
            <w:tcW w:type="dxa" w:w="2088"/>
            <w:tcMar>
              <w:top w:w="90" w:type="dxa"/>
              <w:start w:w="70" w:type="dxa"/>
              <w:bottom w:w="90" w:type="dxa"/>
              <w:end w:w="70" w:type="dxa"/>
            </w:tcMar>
            <w:vAlign w:val="center"/>
          </w:tcPr>
          <w:p/>
        </w:tc>
        <w:tc>
          <w:tcPr>
            <w:tcW w:type="dxa" w:w="3311"/>
            <w:tcMar>
              <w:top w:w="90" w:type="dxa"/>
              <w:start w:w="70" w:type="dxa"/>
              <w:bottom w:w="90" w:type="dxa"/>
              <w:end w:w="70" w:type="dxa"/>
            </w:tcMar>
            <w:vAlign w:val="center"/>
          </w:tcPr>
          <w:p/>
        </w:tc>
      </w:tr>
    </w:tbl>
    <w:p>
      <w:r>
        <w:br w:type="page"/>
      </w:r>
    </w:p>
    <w:p>
      <w:pPr>
        <w:spacing w:before="160" w:after="80"/>
      </w:pPr>
      <w:r>
        <w:rPr>
          <w:rFonts w:ascii="Arial" w:hAnsi="Arial" w:eastAsia="Arial"/>
          <w:b/>
          <w:i w:val="0"/>
          <w:color w:val="004F3B"/>
          <w:sz w:val="23"/>
        </w:rPr>
        <w:t>4. Resumen de la propuesta</w:t>
      </w:r>
    </w:p>
    <w:p>
      <w:pPr>
        <w:spacing w:before="120" w:after="40"/>
      </w:pPr>
      <w:r>
        <w:rPr>
          <w:rFonts w:ascii="Arial" w:hAnsi="Arial" w:eastAsia="Arial"/>
          <w:b/>
          <w:i w:val="0"/>
          <w:color w:val="004F3B"/>
          <w:sz w:val="21"/>
        </w:rPr>
        <w:t>Problema o necesidad que aborda</w:t>
      </w:r>
    </w:p>
    <w:p>
      <w:pPr>
        <w:spacing w:after="60"/>
      </w:pPr>
      <w:r>
        <w:rPr>
          <w:rFonts w:ascii="Arial" w:hAnsi="Arial" w:eastAsia="Arial"/>
          <w:b w:val="0"/>
          <w:i/>
          <w:color w:val="888888"/>
          <w:sz w:val="18"/>
        </w:rPr>
        <w:t>Explique cuál es el problema o necesidad que desea estudiar, a quién afecta y por qué merece ser investigado.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 w:line="240" w:lineRule="auto"/>
            </w:pPr>
          </w:p>
          <w:p>
            <w:pPr>
              <w:spacing w:after="0" w:line="240" w:lineRule="auto"/>
            </w:pPr>
            <w:r>
              <w:t xml:space="preserve"> </w:t>
            </w:r>
          </w:p>
          <w:p>
            <w:pPr>
              <w:spacing w:after="0" w:line="240" w:lineRule="auto"/>
            </w:pPr>
            <w:r>
              <w:t xml:space="preserve"> </w:t>
            </w:r>
          </w:p>
          <w:p>
            <w:pPr>
              <w:spacing w:after="0" w:line="240" w:lineRule="auto"/>
            </w:pPr>
            <w:r>
              <w:t xml:space="preserve"> </w:t>
            </w:r>
          </w:p>
        </w:tc>
      </w:tr>
    </w:tbl>
    <w:p>
      <w:pPr>
        <w:spacing w:before="120" w:after="40"/>
      </w:pPr>
      <w:r>
        <w:rPr>
          <w:rFonts w:ascii="Arial" w:hAnsi="Arial" w:eastAsia="Arial"/>
          <w:b/>
          <w:i w:val="0"/>
          <w:color w:val="004F3B"/>
          <w:sz w:val="21"/>
        </w:rPr>
        <w:t>Pregunta principal</w:t>
      </w:r>
    </w:p>
    <w:p>
      <w:pPr>
        <w:spacing w:after="60"/>
      </w:pPr>
      <w:r>
        <w:rPr>
          <w:rFonts w:ascii="Arial" w:hAnsi="Arial" w:eastAsia="Arial"/>
          <w:b w:val="0"/>
          <w:i/>
          <w:color w:val="888888"/>
          <w:sz w:val="18"/>
        </w:rPr>
        <w:t>Escriba una sola pregunta clara que el proyecto busca responder. Debe corresponder directamente al problema descrito.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 w:line="240" w:lineRule="auto"/>
            </w:pPr>
          </w:p>
          <w:p>
            <w:pPr>
              <w:spacing w:after="0" w:line="240" w:lineRule="auto"/>
            </w:pPr>
            <w:r>
              <w:t xml:space="preserve"> </w:t>
            </w:r>
          </w:p>
        </w:tc>
      </w:tr>
    </w:tbl>
    <w:p>
      <w:pPr>
        <w:spacing w:before="120" w:after="40"/>
      </w:pPr>
      <w:r>
        <w:rPr>
          <w:rFonts w:ascii="Arial" w:hAnsi="Arial" w:eastAsia="Arial"/>
          <w:b/>
          <w:i w:val="0"/>
          <w:color w:val="004F3B"/>
          <w:sz w:val="21"/>
        </w:rPr>
        <w:t>Objetivo general</w:t>
      </w:r>
    </w:p>
    <w:p>
      <w:pPr>
        <w:spacing w:after="60"/>
      </w:pPr>
      <w:r>
        <w:rPr>
          <w:rFonts w:ascii="Arial" w:hAnsi="Arial" w:eastAsia="Arial"/>
          <w:b w:val="0"/>
          <w:i/>
          <w:color w:val="888888"/>
          <w:sz w:val="18"/>
        </w:rPr>
        <w:t>Indique qué se pretende lograr con el proyecto. Use una frase concreta que empiece con un verbo, por ejemplo: describir, evaluar, determinar, comparar o analizar.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 w:line="240" w:lineRule="auto"/>
            </w:pPr>
          </w:p>
          <w:p>
            <w:pPr>
              <w:spacing w:after="0" w:line="240" w:lineRule="auto"/>
            </w:pPr>
            <w:r>
              <w:t xml:space="preserve"> </w:t>
            </w:r>
          </w:p>
        </w:tc>
      </w:tr>
    </w:tbl>
    <w:p>
      <w:pPr>
        <w:spacing w:before="120" w:after="40"/>
      </w:pPr>
      <w:r>
        <w:rPr>
          <w:rFonts w:ascii="Arial" w:hAnsi="Arial" w:eastAsia="Arial"/>
          <w:b/>
          <w:i w:val="0"/>
          <w:color w:val="004F3B"/>
          <w:sz w:val="21"/>
        </w:rPr>
        <w:t>Justificación y pertinencia institucional</w:t>
      </w:r>
    </w:p>
    <w:p>
      <w:pPr>
        <w:spacing w:after="60"/>
      </w:pPr>
      <w:r>
        <w:rPr>
          <w:rFonts w:ascii="Arial" w:hAnsi="Arial" w:eastAsia="Arial"/>
          <w:b w:val="0"/>
          <w:i/>
          <w:color w:val="888888"/>
          <w:sz w:val="18"/>
        </w:rPr>
        <w:t>Explique por qué este proyecto es importante para el área, el programa, la Institución o la comunidad, y qué conocimiento o utilidad podría aportar.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 w:line="240" w:lineRule="auto"/>
            </w:pPr>
          </w:p>
          <w:p>
            <w:pPr>
              <w:spacing w:after="0" w:line="240" w:lineRule="auto"/>
            </w:pPr>
            <w:r>
              <w:t xml:space="preserve"> </w:t>
            </w:r>
          </w:p>
          <w:p>
            <w:pPr>
              <w:spacing w:after="0" w:line="240" w:lineRule="auto"/>
            </w:pPr>
            <w:r>
              <w:t xml:space="preserve"> </w:t>
            </w:r>
          </w:p>
          <w:p>
            <w:pPr>
              <w:spacing w:after="0" w:line="240" w:lineRule="auto"/>
            </w:pPr>
            <w:r>
              <w:t xml:space="preserve"> </w:t>
            </w:r>
          </w:p>
        </w:tc>
      </w:tr>
    </w:tbl>
    <w:p>
      <w:pPr>
        <w:spacing w:before="120" w:after="40"/>
      </w:pPr>
      <w:r>
        <w:rPr>
          <w:rFonts w:ascii="Arial" w:hAnsi="Arial" w:eastAsia="Arial"/>
          <w:b/>
          <w:i w:val="0"/>
          <w:color w:val="004F3B"/>
          <w:sz w:val="21"/>
        </w:rPr>
        <w:t>Descripción general del proyecto</w:t>
      </w:r>
    </w:p>
    <w:p>
      <w:pPr>
        <w:spacing w:after="60"/>
      </w:pPr>
      <w:r>
        <w:rPr>
          <w:rFonts w:ascii="Arial" w:hAnsi="Arial" w:eastAsia="Arial"/>
          <w:b w:val="0"/>
          <w:i/>
          <w:color w:val="888888"/>
          <w:sz w:val="18"/>
        </w:rPr>
        <w:t>Resuma qué se hará, con quién o con qué información se trabajará, dónde se realizará y cuáles serán las actividades principales.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 w:line="240" w:lineRule="auto"/>
            </w:pPr>
          </w:p>
          <w:p>
            <w:pPr>
              <w:spacing w:after="0" w:line="240" w:lineRule="auto"/>
            </w:pPr>
            <w:r>
              <w:t xml:space="preserve"> </w:t>
            </w:r>
          </w:p>
          <w:p>
            <w:pPr>
              <w:spacing w:after="0" w:line="240" w:lineRule="auto"/>
            </w:pPr>
            <w:r>
              <w:t xml:space="preserve"> </w:t>
            </w:r>
          </w:p>
          <w:p>
            <w:pPr>
              <w:spacing w:after="0" w:line="240" w:lineRule="auto"/>
            </w:pPr>
            <w:r>
              <w:t xml:space="preserve"> </w:t>
            </w:r>
          </w:p>
          <w:p>
            <w:pPr>
              <w:spacing w:after="0" w:line="240" w:lineRule="auto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spacing w:before="120" w:after="40"/>
      </w:pPr>
      <w:r>
        <w:rPr>
          <w:rFonts w:ascii="Arial" w:hAnsi="Arial" w:eastAsia="Arial"/>
          <w:b/>
          <w:i w:val="0"/>
          <w:color w:val="004F3B"/>
          <w:sz w:val="21"/>
        </w:rPr>
        <w:t>Resultados y productos esperados</w:t>
      </w:r>
    </w:p>
    <w:p>
      <w:pPr>
        <w:spacing w:after="60"/>
      </w:pPr>
      <w:r>
        <w:rPr>
          <w:rFonts w:ascii="Arial" w:hAnsi="Arial" w:eastAsia="Arial"/>
          <w:b w:val="0"/>
          <w:i/>
          <w:color w:val="888888"/>
          <w:sz w:val="18"/>
        </w:rPr>
        <w:t>Indique qué espera obtener al finalizar: resultados principales, manuscrito, producto académico, divulgación, apropiación social del conocimiento, participación estudiantil u otros productos verificables.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 w:line="240" w:lineRule="auto"/>
            </w:pPr>
          </w:p>
          <w:p>
            <w:pPr>
              <w:spacing w:after="0" w:line="240" w:lineRule="auto"/>
            </w:pPr>
            <w:r>
              <w:t xml:space="preserve"> </w:t>
            </w:r>
          </w:p>
          <w:p>
            <w:pPr>
              <w:spacing w:after="0" w:line="240" w:lineRule="auto"/>
            </w:pPr>
            <w:r>
              <w:t xml:space="preserve"> </w:t>
            </w:r>
          </w:p>
          <w:p>
            <w:pPr>
              <w:spacing w:after="0" w:line="240" w:lineRule="auto"/>
            </w:pPr>
            <w:r>
              <w:t xml:space="preserve"> </w:t>
            </w:r>
          </w:p>
        </w:tc>
      </w:tr>
    </w:tbl>
    <w:p>
      <w:pPr>
        <w:spacing w:before="120" w:after="40"/>
      </w:pPr>
      <w:r>
        <w:rPr>
          <w:rFonts w:ascii="Arial" w:hAnsi="Arial" w:eastAsia="Arial"/>
          <w:b/>
          <w:i w:val="0"/>
          <w:color w:val="004F3B"/>
          <w:sz w:val="21"/>
        </w:rPr>
        <w:t>Necesidades de acceso a información, población, escenarios o recursos</w:t>
      </w:r>
    </w:p>
    <w:p>
      <w:pPr>
        <w:spacing w:after="60"/>
      </w:pPr>
      <w:r>
        <w:rPr>
          <w:rFonts w:ascii="Arial" w:hAnsi="Arial" w:eastAsia="Arial"/>
          <w:b w:val="0"/>
          <w:i/>
          <w:color w:val="888888"/>
          <w:sz w:val="18"/>
        </w:rPr>
        <w:t>Indique si requiere acceso a historias clínicas, bases de datos, participantes, laboratorios, instituciones externas, software, materiales u otros recursos.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 w:line="240" w:lineRule="auto"/>
            </w:pPr>
          </w:p>
          <w:p>
            <w:pPr>
              <w:spacing w:after="0" w:line="240" w:lineRule="auto"/>
            </w:pPr>
            <w:r>
              <w:t xml:space="preserve"> </w:t>
            </w:r>
          </w:p>
          <w:p>
            <w:pPr>
              <w:spacing w:after="0" w:line="240" w:lineRule="auto"/>
            </w:pPr>
            <w:r>
              <w:t xml:space="preserve"> </w:t>
            </w:r>
          </w:p>
        </w:tc>
      </w:tr>
    </w:tbl>
    <w:p>
      <w:pPr>
        <w:spacing w:before="120" w:after="40"/>
      </w:pPr>
      <w:r>
        <w:rPr>
          <w:rFonts w:ascii="Arial" w:hAnsi="Arial" w:eastAsia="Arial"/>
          <w:b/>
          <w:i w:val="0"/>
          <w:color w:val="004F3B"/>
          <w:sz w:val="21"/>
        </w:rPr>
        <w:t>Consideraciones éticas o institucionales identificadas</w:t>
      </w:r>
    </w:p>
    <w:p>
      <w:pPr>
        <w:spacing w:after="60"/>
      </w:pPr>
      <w:r>
        <w:rPr>
          <w:rFonts w:ascii="Arial" w:hAnsi="Arial" w:eastAsia="Arial"/>
          <w:b w:val="0"/>
          <w:i/>
          <w:color w:val="888888"/>
          <w:sz w:val="18"/>
        </w:rPr>
        <w:t>Indique si el proyecto involucrará personas, datos personales, historias clínicas, encuestas, entrevistas, muestras biológicas o instituciones externas. Si no está seguro, indíquelo; la Coordinación de Investigación orientará la ruta correspondiente.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 w:line="240" w:lineRule="auto"/>
            </w:pPr>
          </w:p>
          <w:p>
            <w:pPr>
              <w:spacing w:after="0" w:line="240" w:lineRule="auto"/>
            </w:pPr>
            <w:r>
              <w:t xml:space="preserve"> </w:t>
            </w:r>
          </w:p>
          <w:p>
            <w:pPr>
              <w:spacing w:after="0" w:line="240" w:lineRule="auto"/>
            </w:pPr>
            <w:r>
              <w:t xml:space="preserve"> </w:t>
            </w:r>
          </w:p>
        </w:tc>
      </w:tr>
    </w:tbl>
    <w:p>
      <w:pPr>
        <w:spacing w:before="160" w:after="80"/>
      </w:pPr>
      <w:r>
        <w:rPr>
          <w:rFonts w:ascii="Arial" w:hAnsi="Arial" w:eastAsia="Arial"/>
          <w:b/>
          <w:i w:val="0"/>
          <w:color w:val="004F3B"/>
          <w:sz w:val="23"/>
        </w:rPr>
        <w:t>5. Declaración del investigador principal</w:t>
      </w:r>
    </w:p>
    <w:p>
      <w:pPr>
        <w:spacing w:after="100"/>
      </w:pPr>
      <w:r>
        <w:rPr>
          <w:rFonts w:ascii="Arial" w:hAnsi="Arial" w:eastAsia="Arial"/>
          <w:b w:val="0"/>
          <w:i w:val="0"/>
          <w:sz w:val="19"/>
        </w:rPr>
        <w:t>Declaro que la información presentada es veraz, que el equipo conoce su participación propuesta y que, en caso de selección, se atenderá la ruta institucional de aval, ética, asignación de horas, administración de recursos y formalización del acta de inicio.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888"/>
            <w:shd w:fill="006B4F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Nombre</w:t>
            </w:r>
          </w:p>
        </w:tc>
        <w:tc>
          <w:tcPr>
            <w:tcW w:type="dxa" w:w="3311"/>
            <w:shd w:fill="006B4F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Firma</w:t>
            </w:r>
          </w:p>
        </w:tc>
        <w:tc>
          <w:tcPr>
            <w:tcW w:type="dxa" w:w="3024"/>
            <w:shd w:fill="006B4F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Fecha</w:t>
            </w:r>
          </w:p>
        </w:tc>
      </w:tr>
      <w:tr>
        <w:tc>
          <w:tcPr>
            <w:tcW w:type="dxa" w:w="3888"/>
            <w:tcMar>
              <w:top w:w="150" w:type="dxa"/>
              <w:start w:w="80" w:type="dxa"/>
              <w:bottom w:w="150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i/>
                <w:color w:val="888888"/>
                <w:sz w:val="17"/>
              </w:rPr>
              <w:t>Nombre completo del investigador principal</w:t>
            </w:r>
          </w:p>
        </w:tc>
        <w:tc>
          <w:tcPr>
            <w:tcW w:type="dxa" w:w="3311"/>
            <w:tcMar>
              <w:top w:w="150" w:type="dxa"/>
              <w:start w:w="80" w:type="dxa"/>
              <w:bottom w:w="150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i/>
                <w:color w:val="888888"/>
                <w:sz w:val="17"/>
              </w:rPr>
              <w:t>Firma</w:t>
            </w:r>
          </w:p>
        </w:tc>
        <w:tc>
          <w:tcPr>
            <w:tcW w:type="dxa" w:w="3024"/>
            <w:tcMar>
              <w:top w:w="150" w:type="dxa"/>
              <w:start w:w="80" w:type="dxa"/>
              <w:bottom w:w="150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i/>
                <w:color w:val="888888"/>
                <w:sz w:val="17"/>
              </w:rPr>
              <w:t>DD / MM / AAAA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792" w:left="936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i w:val="0"/>
        <w:color w:val="666666"/>
        <w:sz w:val="16"/>
      </w:rPr>
      <w:t>Salud Colombia · Investigación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2880"/>
      <w:gridCol w:w="7488"/>
    </w:tblGrid>
    <w:tr>
      <w:tc>
        <w:tcPr>
          <w:tcW w:type="dxa" w:w="5184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51560" cy="65096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1560" cy="65096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84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pPr>
            <w:jc w:val="right"/>
          </w:pPr>
          <w:r>
            <w:rPr>
              <w:rFonts w:ascii="Arial" w:hAnsi="Arial" w:eastAsia="Arial"/>
              <w:b/>
              <w:i w:val="0"/>
              <w:color w:val="004F3B"/>
              <w:sz w:val="20"/>
            </w:rPr>
            <w:t>CORPORACIÓN INSTITUCIÓN UNIVERSITARIA</w:t>
            <w:br/>
            <w:t>SALUD COLOMBIA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de Presentación de Propuesta de Investigación 2026</dc:title>
  <dc:subject>Convocatoria Interna Anual de Investigación 2026 - Salud Colombia</dc:subject>
  <dc:creator>Corporación Institución Universitaria Salud Colombia</dc:creator>
  <cp:keywords>investigación, convocatoria, propuesta, Salud Colombia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