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rial" w:hAnsi="Arial"/>
          <w:sz w:val="21"/>
        </w:rPr>
        <w:t>MODELO DE CARTA DE INTENCIÓN DE ENTIDAD EXTERNA</w:t>
      </w:r>
    </w:p>
    <w:p>
      <w:pPr>
        <w:jc w:val="center"/>
      </w:pPr>
      <w:r>
        <w:rPr>
          <w:rFonts w:ascii="Arial" w:hAnsi="Arial"/>
          <w:b/>
          <w:color w:val="5B6460"/>
          <w:sz w:val="21"/>
        </w:rPr>
        <w:t>Anexo condicional - Convocatoria Interna Anual de Investigación 2026</w:t>
      </w:r>
    </w:p>
    <w:p/>
    <w:p>
      <w:pPr>
        <w:spacing w:after="100"/>
      </w:pPr>
      <w:r>
        <w:rPr>
          <w:rFonts w:ascii="Arial" w:hAnsi="Arial"/>
          <w:i/>
          <w:color w:val="787878"/>
          <w:sz w:val="18"/>
        </w:rPr>
        <w:t>GUÍA DE DILIGENCIAMIENTO - BORRAR ANTES DE FIRMAR: use este formato únicamente si participa una entidad externa. Complete la entidad, el proyecto, la forma de participación y los aportes previstos. La carta debe ser suscrita por una persona autorizada por la entidad.</w:t>
      </w:r>
    </w:p>
    <w:p>
      <w:pPr>
        <w:spacing w:after="80" w:line="252" w:lineRule="auto"/>
      </w:pPr>
      <w:r>
        <w:rPr>
          <w:rFonts w:ascii="Arial" w:hAnsi="Arial"/>
          <w:sz w:val="21"/>
        </w:rPr>
        <w:t>Ibagué, ____ de __________________ de 2026</w:t>
      </w:r>
    </w:p>
    <w:p>
      <w:pPr>
        <w:spacing w:after="80" w:line="252" w:lineRule="auto"/>
      </w:pPr>
      <w:r>
        <w:rPr>
          <w:rFonts w:ascii="Arial" w:hAnsi="Arial"/>
          <w:sz w:val="21"/>
        </w:rPr>
        <w:t>Señores</w:t>
        <w:br/>
        <w:t>Corporación Institución Universitaria Salud Colombia</w:t>
      </w:r>
    </w:p>
    <w:p>
      <w:pPr>
        <w:spacing w:after="80" w:line="252" w:lineRule="auto"/>
      </w:pPr>
      <w:r>
        <w:rPr>
          <w:rFonts w:ascii="Arial" w:hAnsi="Arial"/>
          <w:sz w:val="21"/>
        </w:rPr>
        <w:t>Por medio de la presente, [nombre completo de la entidad externa], manifiesta su interés en participar en el proyecto [título completo del proyecto], presentado a la Convocatoria Interna Anual de Investigación 2026.</w:t>
      </w:r>
    </w:p>
    <w:p>
      <w:pPr>
        <w:spacing w:after="80" w:line="252" w:lineRule="auto"/>
      </w:pPr>
      <w:r>
        <w:rPr>
          <w:rFonts w:ascii="Arial" w:hAnsi="Arial"/>
          <w:sz w:val="21"/>
        </w:rPr>
        <w:t>La participación propuesta comprende: [describa de forma breve qué aportará o realizará la entidad dentro del proyecto].</w:t>
      </w:r>
    </w:p>
    <w:p>
      <w:pPr>
        <w:spacing w:after="80" w:line="252" w:lineRule="auto"/>
      </w:pPr>
      <w:r>
        <w:rPr>
          <w:rFonts w:ascii="Arial" w:hAnsi="Arial"/>
          <w:sz w:val="21"/>
        </w:rPr>
        <w:t>Aportes previstos en especie y/o efectivo, si aplican: [indique el tipo de aporte y su valor estimado; si no hay aporte económico, indíquelo expresamente].</w:t>
      </w:r>
    </w:p>
    <w:p>
      <w:pPr>
        <w:spacing w:after="80" w:line="252" w:lineRule="auto"/>
      </w:pPr>
      <w:r>
        <w:rPr>
          <w:rFonts w:ascii="Arial" w:hAnsi="Arial"/>
          <w:sz w:val="21"/>
        </w:rPr>
        <w:t>La participación definitiva estará sujeta a los instrumentos institucionales y jurídicos que correspondan antes del inicio de la ejecución.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rPr>
          <w:tblHeader w:val="true"/>
        </w:trPr>
        <w:tc>
          <w:tcPr>
            <w:tcW w:type="dxa" w:w="31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0633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Nombre y cargo de quien suscribe</w:t>
            </w:r>
          </w:p>
        </w:tc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0633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Firma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0633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Entidad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0633F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7"/>
              </w:rPr>
              <w:t>Fecha</w:t>
            </w:r>
          </w:p>
        </w:tc>
      </w:tr>
      <w:tr>
        <w:tc>
          <w:tcPr>
            <w:tcW w:type="dxa" w:w="316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7F7F7"/>
          </w:tcPr>
          <w:p>
            <w:r/>
            <w:r>
              <w:rPr>
                <w:rFonts w:ascii="Arial" w:hAnsi="Arial"/>
                <w:i/>
                <w:color w:val="787878"/>
                <w:sz w:val="18"/>
              </w:rPr>
              <w:t>Nombre y cargo</w:t>
            </w:r>
          </w:p>
        </w:tc>
        <w:tc>
          <w:tcPr>
            <w:tcW w:type="dxa" w:w="21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7F7F7"/>
          </w:tcPr>
          <w:p>
            <w:r/>
            <w:r>
              <w:rPr>
                <w:rFonts w:ascii="Arial" w:hAnsi="Arial"/>
                <w:i/>
                <w:color w:val="787878"/>
                <w:sz w:val="18"/>
              </w:rPr>
              <w:t>Firma</w:t>
            </w:r>
          </w:p>
        </w:tc>
        <w:tc>
          <w:tcPr>
            <w:tcW w:type="dxa" w:w="302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7F7F7"/>
          </w:tcPr>
          <w:p>
            <w:r/>
            <w:r>
              <w:rPr>
                <w:rFonts w:ascii="Arial" w:hAnsi="Arial"/>
                <w:i/>
                <w:color w:val="787878"/>
                <w:sz w:val="18"/>
              </w:rPr>
              <w:t>Entidad</w:t>
            </w:r>
          </w:p>
        </w:tc>
        <w:tc>
          <w:tcPr>
            <w:tcW w:type="dxa" w:w="17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7F7F7"/>
          </w:tcPr>
          <w:p>
            <w:r/>
            <w:r>
              <w:rPr>
                <w:rFonts w:ascii="Arial" w:hAnsi="Arial"/>
                <w:i/>
                <w:color w:val="787878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48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6460"/>
        <w:sz w:val="16"/>
      </w:rPr>
      <w:t>Salud Colombia · Investigación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5184"/>
      <w:gridCol w:w="5184"/>
    </w:tblGrid>
    <w:tr>
      <w:tc>
        <w:tcPr>
          <w:tcW w:type="dxa" w:w="5184"/>
        </w:tcPr>
        <w:p>
          <w:r>
            <w:drawing>
              <wp:inline xmlns:a="http://schemas.openxmlformats.org/drawingml/2006/main" xmlns:pic="http://schemas.openxmlformats.org/drawingml/2006/picture">
                <wp:extent cx="1234440" cy="764177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alud_colombia_logo_crop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764177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184"/>
        </w:tcPr>
        <w:p>
          <w:pPr>
            <w:jc w:val="right"/>
          </w:pPr>
          <w:r>
            <w:rPr>
              <w:rFonts w:ascii="Arial" w:hAnsi="Arial"/>
              <w:b/>
              <w:color w:val="00633F"/>
              <w:sz w:val="17"/>
            </w:rPr>
            <w:t>CORPORACIÓN INSTITUCIÓN UNIVERSITARIA</w:t>
            <w:br/>
            <w:t>SALUD COLOMBIA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D2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633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63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633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633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